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00D4" w:rsidRDefault="00747294">
      <w:pPr>
        <w:pStyle w:val="Title"/>
      </w:pPr>
      <w:r>
        <w:t>Manager Review Document</w:t>
      </w:r>
    </w:p>
    <w:p w:rsidR="008700D4" w:rsidRDefault="00965ED0">
      <w:r>
        <w:t>Prepared for: David Price</w:t>
      </w:r>
    </w:p>
    <w:p w:rsidR="008700D4" w:rsidRDefault="00747294">
      <w:r>
        <w:t>Prepared by: [Manager's Name]</w:t>
      </w:r>
    </w:p>
    <w:p w:rsidR="008700D4" w:rsidRDefault="00965ED0">
      <w:r>
        <w:t>Store: [Store</w:t>
      </w:r>
      <w:r w:rsidR="00747294">
        <w:t xml:space="preserve"> Name]</w:t>
      </w:r>
    </w:p>
    <w:p w:rsidR="008700D4" w:rsidRDefault="00747294">
      <w:r>
        <w:t>Date: [Date]</w:t>
      </w:r>
    </w:p>
    <w:p w:rsidR="008700D4" w:rsidRDefault="00747294">
      <w:pPr>
        <w:pStyle w:val="Heading1"/>
      </w:pPr>
      <w:r>
        <w:t>1. Store KPI Performance</w:t>
      </w:r>
    </w:p>
    <w:p w:rsidR="008700D4" w:rsidRDefault="00747294">
      <w:pPr>
        <w:pStyle w:val="Heading2"/>
      </w:pPr>
      <w:r>
        <w:t>a. Primary Performance:</w:t>
      </w:r>
    </w:p>
    <w:p w:rsidR="008700D4" w:rsidRDefault="00747294">
      <w:r>
        <w:t>Analysis of Primary Performance:</w:t>
      </w:r>
    </w:p>
    <w:p w:rsidR="008700D4" w:rsidRDefault="00747294">
      <w:r>
        <w:t>*Comments on factors that influenced primary performance, such as top-selling products or key challenges.*</w:t>
      </w:r>
    </w:p>
    <w:p w:rsidR="008700D4" w:rsidRDefault="00747294">
      <w:pPr>
        <w:pStyle w:val="Heading2"/>
      </w:pPr>
      <w:r>
        <w:t>b. Secondary Performance:</w:t>
      </w:r>
    </w:p>
    <w:p w:rsidR="008700D4" w:rsidRDefault="00747294">
      <w:r>
        <w:t>Analysis of Secondary Performance:</w:t>
      </w:r>
    </w:p>
    <w:p w:rsidR="008700D4" w:rsidRDefault="00747294">
      <w:r>
        <w:t>*Comments on how secondary product sales contributed to overall performance.*</w:t>
      </w:r>
    </w:p>
    <w:p w:rsidR="008700D4" w:rsidRDefault="00747294">
      <w:pPr>
        <w:pStyle w:val="Heading2"/>
      </w:pPr>
      <w:r>
        <w:t>c. Flex Performance:</w:t>
      </w:r>
    </w:p>
    <w:p w:rsidR="008700D4" w:rsidRDefault="00747294">
      <w:r>
        <w:t>Analysis of Flex Performance:</w:t>
      </w:r>
    </w:p>
    <w:p w:rsidR="008700D4" w:rsidRDefault="00747294">
      <w:r>
        <w:t>*Flexibility in adapting to sales needs, promotions, or customer preferences.*</w:t>
      </w:r>
    </w:p>
    <w:p w:rsidR="008700D4" w:rsidRDefault="00747294">
      <w:pPr>
        <w:pStyle w:val="Heading2"/>
      </w:pPr>
      <w:r>
        <w:t>d. New Markets Performance:</w:t>
      </w:r>
    </w:p>
    <w:p w:rsidR="008700D4" w:rsidRDefault="00747294">
      <w:r>
        <w:t>Analysis of New Markets Performance:</w:t>
      </w:r>
    </w:p>
    <w:p w:rsidR="008700D4" w:rsidRDefault="00747294">
      <w:r>
        <w:t>*How well the store performed in newly targeted markets or customer segments.*</w:t>
      </w:r>
    </w:p>
    <w:p w:rsidR="008700D4" w:rsidRDefault="00747294">
      <w:pPr>
        <w:pStyle w:val="Heading1"/>
      </w:pPr>
      <w:r>
        <w:t>2. Financial Performance</w:t>
      </w:r>
    </w:p>
    <w:p w:rsidR="008700D4" w:rsidRDefault="00747294">
      <w:pPr>
        <w:pStyle w:val="Heading2"/>
      </w:pPr>
      <w:r>
        <w:t>a. Revenue:</w:t>
      </w:r>
    </w:p>
    <w:p w:rsidR="008700D4" w:rsidRDefault="00747294">
      <w:r>
        <w:t>Target Revenue: [Insert Target]</w:t>
      </w:r>
    </w:p>
    <w:p w:rsidR="008700D4" w:rsidRDefault="00747294">
      <w:r>
        <w:t>Actual Revenue: [Insert Actual]</w:t>
      </w:r>
    </w:p>
    <w:p w:rsidR="008700D4" w:rsidRDefault="00747294">
      <w:r>
        <w:t>Revenue Variance: [Insert Difference]</w:t>
      </w:r>
    </w:p>
    <w:p w:rsidR="008700D4" w:rsidRDefault="00747294">
      <w:r>
        <w:t>Commentary on revenue performance:</w:t>
      </w:r>
    </w:p>
    <w:p w:rsidR="008700D4" w:rsidRDefault="00747294">
      <w:r>
        <w:lastRenderedPageBreak/>
        <w:t>*Factors affecting revenue, such as seasonal trends or promotional impacts.*</w:t>
      </w:r>
    </w:p>
    <w:p w:rsidR="008700D4" w:rsidRDefault="004A2CAD">
      <w:pPr>
        <w:pStyle w:val="Heading2"/>
      </w:pPr>
      <w:r>
        <w:t>b</w:t>
      </w:r>
      <w:r w:rsidR="00747294">
        <w:t>. Stock and Inventory:</w:t>
      </w:r>
    </w:p>
    <w:p w:rsidR="008700D4" w:rsidRDefault="00747294">
      <w:r>
        <w:t xml:space="preserve">Stock </w:t>
      </w:r>
      <w:r w:rsidR="004A2CAD">
        <w:t>Allowance</w:t>
      </w:r>
      <w:r>
        <w:t>: [Insert]</w:t>
      </w:r>
    </w:p>
    <w:p w:rsidR="004A2CAD" w:rsidRDefault="004A2CAD">
      <w:r>
        <w:t>Month End Stock Holding: [Insert]</w:t>
      </w:r>
    </w:p>
    <w:p w:rsidR="004A2CAD" w:rsidRDefault="004A2CAD">
      <w:r>
        <w:t>Amount Spent in Order for Month [Insert]</w:t>
      </w:r>
    </w:p>
    <w:p w:rsidR="008700D4" w:rsidRDefault="00747294">
      <w:r>
        <w:t>Stock Issues (e.g., stock-outs or overstocking):</w:t>
      </w:r>
    </w:p>
    <w:p w:rsidR="008700D4" w:rsidRDefault="00747294">
      <w:r>
        <w:t>*Summary of inventory challenges or successes.*</w:t>
      </w:r>
    </w:p>
    <w:p w:rsidR="00106BCD" w:rsidRDefault="00106BCD" w:rsidP="00106BCD">
      <w:pPr>
        <w:pStyle w:val="Heading2"/>
      </w:pPr>
      <w:r>
        <w:t>C Discount Pots:</w:t>
      </w:r>
    </w:p>
    <w:p w:rsidR="00106BCD" w:rsidRDefault="00106BCD" w:rsidP="00106BCD">
      <w:r>
        <w:t>Franchise Used:</w:t>
      </w:r>
    </w:p>
    <w:p w:rsidR="00106BCD" w:rsidRDefault="00106BCD" w:rsidP="00106BCD">
      <w:r>
        <w:t>RM New Allowance:</w:t>
      </w:r>
    </w:p>
    <w:p w:rsidR="00106BCD" w:rsidRDefault="00106BCD" w:rsidP="00106BCD">
      <w:r>
        <w:t>RM New Used:</w:t>
      </w:r>
    </w:p>
    <w:p w:rsidR="00106BCD" w:rsidRDefault="00106BCD" w:rsidP="00106BCD">
      <w:r>
        <w:t>Variance:</w:t>
      </w:r>
    </w:p>
    <w:p w:rsidR="00106BCD" w:rsidRDefault="00106BCD" w:rsidP="00106BCD">
      <w:r>
        <w:t>RM UPG Allowance:</w:t>
      </w:r>
    </w:p>
    <w:p w:rsidR="00106BCD" w:rsidRDefault="00106BCD" w:rsidP="00106BCD">
      <w:r>
        <w:t>RM UPG used:</w:t>
      </w:r>
    </w:p>
    <w:p w:rsidR="00106BCD" w:rsidRDefault="00106BCD" w:rsidP="00106BCD">
      <w:r>
        <w:t>Variance:</w:t>
      </w:r>
    </w:p>
    <w:p w:rsidR="00106BCD" w:rsidRDefault="00106BCD" w:rsidP="00106BCD">
      <w:r>
        <w:t xml:space="preserve">*Summary/Analysis of Discounts used in store </w:t>
      </w:r>
      <w:r>
        <w:t>.*</w:t>
      </w:r>
    </w:p>
    <w:p w:rsidR="008700D4" w:rsidRDefault="00747294">
      <w:pPr>
        <w:pStyle w:val="Heading1"/>
      </w:pPr>
      <w:r>
        <w:t>3. Staff Performance</w:t>
      </w:r>
    </w:p>
    <w:p w:rsidR="008700D4" w:rsidRDefault="00747294">
      <w:pPr>
        <w:pStyle w:val="Heading2"/>
      </w:pPr>
      <w:r>
        <w:t>a. Sales Team Performance:</w:t>
      </w:r>
    </w:p>
    <w:p w:rsidR="008700D4" w:rsidRDefault="00747294">
      <w:r>
        <w:t>Sales Targets Achieved: [Yes/No]</w:t>
      </w:r>
    </w:p>
    <w:p w:rsidR="008700D4" w:rsidRDefault="00747294">
      <w:r>
        <w:t>Key Performers: [List names and highlights]</w:t>
      </w:r>
    </w:p>
    <w:p w:rsidR="008700D4" w:rsidRDefault="00747294">
      <w:r>
        <w:t>Underperforming Staff: [List names and improvement plans]</w:t>
      </w:r>
    </w:p>
    <w:p w:rsidR="008700D4" w:rsidRDefault="00747294">
      <w:r>
        <w:t>Commentary:</w:t>
      </w:r>
    </w:p>
    <w:p w:rsidR="008700D4" w:rsidRDefault="00747294">
      <w:r>
        <w:t>*Evaluation of team performance and recommendations for improvement.*</w:t>
      </w:r>
    </w:p>
    <w:p w:rsidR="00106BCD" w:rsidRDefault="00106BCD" w:rsidP="00106BCD">
      <w:pPr>
        <w:pStyle w:val="Heading2"/>
      </w:pPr>
      <w:r>
        <w:t>b. Compass Conversion of Guides</w:t>
      </w:r>
    </w:p>
    <w:p w:rsidR="00106BCD" w:rsidRPr="00106BCD" w:rsidRDefault="00106BCD" w:rsidP="00106BCD">
      <w:r>
        <w:t xml:space="preserve">Please Detail the Compass of eligible vs sales for each Guide, Use </w:t>
      </w:r>
      <w:hyperlink r:id="rId8" w:history="1">
        <w:r>
          <w:rPr>
            <w:rStyle w:val="Hyperlink"/>
          </w:rPr>
          <w:t>Performance &amp; Insights - Home (bt.com)</w:t>
        </w:r>
      </w:hyperlink>
      <w:r>
        <w:t xml:space="preserve"> for this report:</w:t>
      </w:r>
    </w:p>
    <w:p w:rsidR="008700D4" w:rsidRDefault="00106BCD">
      <w:pPr>
        <w:pStyle w:val="Heading2"/>
      </w:pPr>
      <w:r>
        <w:lastRenderedPageBreak/>
        <w:t>c</w:t>
      </w:r>
      <w:r w:rsidR="00747294">
        <w:t>. Customer Service and Feedback:</w:t>
      </w:r>
    </w:p>
    <w:p w:rsidR="008700D4" w:rsidRDefault="00747294">
      <w:r>
        <w:t>Customer Satisfaction Score (if applicable): [Insert]</w:t>
      </w:r>
    </w:p>
    <w:p w:rsidR="008700D4" w:rsidRDefault="00747294">
      <w:r>
        <w:t>Common Customer Feedback:</w:t>
      </w:r>
    </w:p>
    <w:p w:rsidR="008700D4" w:rsidRDefault="00747294">
      <w:r>
        <w:t>*Trends in customer feedback and how staff addressed concerns.*</w:t>
      </w:r>
    </w:p>
    <w:p w:rsidR="008700D4" w:rsidRDefault="00106BCD">
      <w:pPr>
        <w:pStyle w:val="Heading2"/>
      </w:pPr>
      <w:r>
        <w:t>d</w:t>
      </w:r>
      <w:r w:rsidR="00747294">
        <w:t>. Training and Development:</w:t>
      </w:r>
    </w:p>
    <w:p w:rsidR="008700D4" w:rsidRDefault="00106BCD">
      <w:r>
        <w:t>Staff Members requiring development</w:t>
      </w:r>
      <w:r w:rsidR="00747294">
        <w:t>: [Insert]</w:t>
      </w:r>
    </w:p>
    <w:p w:rsidR="008700D4" w:rsidRDefault="00747294">
      <w:r>
        <w:t>Training Gaps Identified:</w:t>
      </w:r>
    </w:p>
    <w:p w:rsidR="008700D4" w:rsidRDefault="00747294">
      <w:r>
        <w:t>*Any additional training needs observed during the period.*</w:t>
      </w:r>
    </w:p>
    <w:p w:rsidR="00106BCD" w:rsidRDefault="00106BCD">
      <w:r>
        <w:t>Any New Starters training progress:</w:t>
      </w:r>
    </w:p>
    <w:p w:rsidR="00106BCD" w:rsidRDefault="00106BCD">
      <w:r>
        <w:t>[</w:t>
      </w:r>
      <w:bookmarkStart w:id="0" w:name="_GoBack"/>
      <w:bookmarkEnd w:id="0"/>
      <w:r>
        <w:t>Detail where they are and how the training is going]</w:t>
      </w:r>
    </w:p>
    <w:p w:rsidR="004A2CAD" w:rsidRDefault="00106BCD" w:rsidP="004A2CAD">
      <w:pPr>
        <w:pStyle w:val="Heading2"/>
      </w:pPr>
      <w:r>
        <w:t>e</w:t>
      </w:r>
      <w:r w:rsidR="004A2CAD">
        <w:t>. Staffing Levels/Issues:</w:t>
      </w:r>
    </w:p>
    <w:p w:rsidR="004A2CAD" w:rsidRPr="004A2CAD" w:rsidRDefault="004A2CAD" w:rsidP="004A2CAD">
      <w:r>
        <w:t>*Please detail issues/concerns with current staff, also do we need to be planning on recruiting?</w:t>
      </w:r>
    </w:p>
    <w:p w:rsidR="008700D4" w:rsidRDefault="00747294">
      <w:pPr>
        <w:pStyle w:val="Heading1"/>
      </w:pPr>
      <w:r>
        <w:t>4. Mystery Shop Results</w:t>
      </w:r>
    </w:p>
    <w:p w:rsidR="008700D4" w:rsidRDefault="00925698">
      <w:pPr>
        <w:pStyle w:val="Heading2"/>
      </w:pPr>
      <w:r>
        <w:t>a. Mystery Shop</w:t>
      </w:r>
      <w:r w:rsidR="00747294">
        <w:t>:</w:t>
      </w:r>
    </w:p>
    <w:p w:rsidR="008700D4" w:rsidRDefault="00925698">
      <w:r>
        <w:t>Guide</w:t>
      </w:r>
      <w:r w:rsidR="004A2CAD">
        <w:t xml:space="preserve"> Shopped: [Insert Name</w:t>
      </w:r>
      <w:r w:rsidR="00747294">
        <w:t>]</w:t>
      </w:r>
    </w:p>
    <w:p w:rsidR="008700D4" w:rsidRDefault="00747294">
      <w:r>
        <w:t>Actual Score: [Insert Actual]</w:t>
      </w:r>
    </w:p>
    <w:p w:rsidR="008700D4" w:rsidRDefault="00925698">
      <w:r>
        <w:t>Actions : [Insert any actions taken with the guide</w:t>
      </w:r>
      <w:r w:rsidR="00747294">
        <w:t>]</w:t>
      </w:r>
    </w:p>
    <w:p w:rsidR="008700D4" w:rsidRDefault="00747294">
      <w:pPr>
        <w:pStyle w:val="Heading2"/>
      </w:pPr>
      <w:r>
        <w:t>b. Key Findings:</w:t>
      </w:r>
    </w:p>
    <w:p w:rsidR="008700D4" w:rsidRDefault="00747294">
      <w:r>
        <w:t>Positive feedback:</w:t>
      </w:r>
    </w:p>
    <w:p w:rsidR="008700D4" w:rsidRDefault="00925698">
      <w:r>
        <w:t>*What the guide did well in the journey</w:t>
      </w:r>
      <w:r w:rsidR="00747294">
        <w:t>.*</w:t>
      </w:r>
    </w:p>
    <w:p w:rsidR="008700D4" w:rsidRDefault="00747294">
      <w:r>
        <w:t>Areas for improvement:</w:t>
      </w:r>
    </w:p>
    <w:p w:rsidR="008700D4" w:rsidRDefault="00747294">
      <w:r>
        <w:t>*Suggestions from the mystery shop that need to be addressed or improved.*</w:t>
      </w:r>
    </w:p>
    <w:p w:rsidR="008700D4" w:rsidRDefault="00747294">
      <w:r>
        <w:t>Action Plan:</w:t>
      </w:r>
    </w:p>
    <w:p w:rsidR="008700D4" w:rsidRDefault="00747294">
      <w:r>
        <w:t>*Steps to improve based on the m</w:t>
      </w:r>
      <w:r w:rsidR="00925698">
        <w:t>ystery shopper’s report</w:t>
      </w:r>
      <w:r>
        <w:t>.*</w:t>
      </w:r>
    </w:p>
    <w:p w:rsidR="008700D4" w:rsidRDefault="00747294" w:rsidP="00925698">
      <w:pPr>
        <w:pStyle w:val="Heading1"/>
      </w:pPr>
      <w:r>
        <w:lastRenderedPageBreak/>
        <w:t>5. Additional Key Points</w:t>
      </w:r>
    </w:p>
    <w:p w:rsidR="008700D4" w:rsidRDefault="00925698">
      <w:pPr>
        <w:pStyle w:val="Heading2"/>
      </w:pPr>
      <w:r>
        <w:t>a</w:t>
      </w:r>
      <w:r w:rsidR="00747294">
        <w:t>. Competitor Analysis:</w:t>
      </w:r>
    </w:p>
    <w:p w:rsidR="008700D4" w:rsidRDefault="00747294">
      <w:r>
        <w:t>Key competitor activities:</w:t>
      </w:r>
    </w:p>
    <w:p w:rsidR="008700D4" w:rsidRDefault="00747294">
      <w:r>
        <w:t>*Observations on competitor performance and potential opportunities.*</w:t>
      </w:r>
    </w:p>
    <w:p w:rsidR="008700D4" w:rsidRDefault="00925698">
      <w:pPr>
        <w:pStyle w:val="Heading2"/>
      </w:pPr>
      <w:r>
        <w:t>b</w:t>
      </w:r>
      <w:r w:rsidR="00747294">
        <w:t>. Health and Safety Compliance:</w:t>
      </w:r>
    </w:p>
    <w:p w:rsidR="008700D4" w:rsidRDefault="00747294">
      <w:r>
        <w:t>Any issues or improvements:</w:t>
      </w:r>
    </w:p>
    <w:p w:rsidR="008700D4" w:rsidRDefault="00747294">
      <w:r>
        <w:t>*Comments on compliance with health and safety standards.*</w:t>
      </w:r>
    </w:p>
    <w:p w:rsidR="00925698" w:rsidRDefault="00925698" w:rsidP="00925698">
      <w:pPr>
        <w:pStyle w:val="Heading2"/>
      </w:pPr>
      <w:r>
        <w:t>c. Manager Conduct and Punctuality</w:t>
      </w:r>
    </w:p>
    <w:p w:rsidR="00925698" w:rsidRDefault="00925698" w:rsidP="00925698">
      <w:r>
        <w:t xml:space="preserve">Please Detail any lateness/sickness: </w:t>
      </w:r>
    </w:p>
    <w:p w:rsidR="008700D4" w:rsidRDefault="00747294">
      <w:pPr>
        <w:pStyle w:val="Heading1"/>
      </w:pPr>
      <w:r>
        <w:t>6. Mana</w:t>
      </w:r>
      <w:r w:rsidR="00965ED0">
        <w:t>ger Comments</w:t>
      </w:r>
    </w:p>
    <w:p w:rsidR="008700D4" w:rsidRDefault="00747294">
      <w:r>
        <w:t>Overall Store Performance Summary:</w:t>
      </w:r>
    </w:p>
    <w:p w:rsidR="008700D4" w:rsidRDefault="00747294">
      <w:r>
        <w:t>*General commentary on the store’s performance over the review period.*</w:t>
      </w:r>
    </w:p>
    <w:p w:rsidR="00925698" w:rsidRDefault="00925698" w:rsidP="00925698">
      <w:r>
        <w:t>AOB:</w:t>
      </w:r>
    </w:p>
    <w:p w:rsidR="00925698" w:rsidRDefault="00925698" w:rsidP="00925698"/>
    <w:p w:rsidR="00925698" w:rsidRDefault="00925698" w:rsidP="00925698">
      <w:r>
        <w:t>Manager's Signature: _____________________</w:t>
      </w:r>
    </w:p>
    <w:p w:rsidR="00925698" w:rsidRDefault="00925698" w:rsidP="00925698">
      <w:r>
        <w:t>Date: _____________________</w:t>
      </w:r>
    </w:p>
    <w:p w:rsidR="00925698" w:rsidRDefault="00925698"/>
    <w:p w:rsidR="008700D4" w:rsidRDefault="00925698">
      <w:r>
        <w:t xml:space="preserve">Regional </w:t>
      </w:r>
      <w:r w:rsidR="00747294">
        <w:t>Manager's Signature: _____________________</w:t>
      </w:r>
    </w:p>
    <w:p w:rsidR="008700D4" w:rsidRDefault="00747294">
      <w:r>
        <w:t>Date: _____________________</w:t>
      </w:r>
    </w:p>
    <w:sectPr w:rsidR="008700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32C" w:rsidRDefault="00C7332C" w:rsidP="002F5F58">
      <w:pPr>
        <w:spacing w:after="0" w:line="240" w:lineRule="auto"/>
      </w:pPr>
      <w:r>
        <w:separator/>
      </w:r>
    </w:p>
  </w:endnote>
  <w:endnote w:type="continuationSeparator" w:id="0">
    <w:p w:rsidR="00C7332C" w:rsidRDefault="00C7332C" w:rsidP="002F5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32C" w:rsidRDefault="00C7332C" w:rsidP="002F5F58">
      <w:pPr>
        <w:spacing w:after="0" w:line="240" w:lineRule="auto"/>
      </w:pPr>
      <w:r>
        <w:separator/>
      </w:r>
    </w:p>
  </w:footnote>
  <w:footnote w:type="continuationSeparator" w:id="0">
    <w:p w:rsidR="00C7332C" w:rsidRDefault="00C7332C" w:rsidP="002F5F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6BCD"/>
    <w:rsid w:val="0015074B"/>
    <w:rsid w:val="0029639D"/>
    <w:rsid w:val="002F5F58"/>
    <w:rsid w:val="00326F90"/>
    <w:rsid w:val="004A2CAD"/>
    <w:rsid w:val="00747294"/>
    <w:rsid w:val="008700D4"/>
    <w:rsid w:val="00925698"/>
    <w:rsid w:val="00965ED0"/>
    <w:rsid w:val="00AA1D8D"/>
    <w:rsid w:val="00B47730"/>
    <w:rsid w:val="00C7332C"/>
    <w:rsid w:val="00CB0664"/>
    <w:rsid w:val="00D968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25C954AC-E6FC-4ECF-AB2F-EB73338C0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BCD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106B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ffice4.bt.com/sites/The%20Office/Performance/SitePages/Home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F91EB47-95A5-4B98-9B2E-236475F19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3431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Price,D,David,GEN111 C</cp:lastModifiedBy>
  <cp:revision>5</cp:revision>
  <dcterms:created xsi:type="dcterms:W3CDTF">2024-09-30T15:15:00Z</dcterms:created>
  <dcterms:modified xsi:type="dcterms:W3CDTF">2024-09-30T15:33:00Z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818d02-8d25-4bb9-b27c-e4db64670887_Enabled">
    <vt:lpwstr>true</vt:lpwstr>
  </property>
  <property fmtid="{D5CDD505-2E9C-101B-9397-08002B2CF9AE}" pid="3" name="MSIP_Label_55818d02-8d25-4bb9-b27c-e4db64670887_SetDate">
    <vt:lpwstr>2024-09-30T14:53:08Z</vt:lpwstr>
  </property>
  <property fmtid="{D5CDD505-2E9C-101B-9397-08002B2CF9AE}" pid="4" name="MSIP_Label_55818d02-8d25-4bb9-b27c-e4db64670887_Method">
    <vt:lpwstr>Standard</vt:lpwstr>
  </property>
  <property fmtid="{D5CDD505-2E9C-101B-9397-08002B2CF9AE}" pid="5" name="MSIP_Label_55818d02-8d25-4bb9-b27c-e4db64670887_Name">
    <vt:lpwstr>55818d02-8d25-4bb9-b27c-e4db64670887</vt:lpwstr>
  </property>
  <property fmtid="{D5CDD505-2E9C-101B-9397-08002B2CF9AE}" pid="6" name="MSIP_Label_55818d02-8d25-4bb9-b27c-e4db64670887_SiteId">
    <vt:lpwstr>a7f35688-9c00-4d5e-ba41-29f146377ab0</vt:lpwstr>
  </property>
  <property fmtid="{D5CDD505-2E9C-101B-9397-08002B2CF9AE}" pid="7" name="MSIP_Label_55818d02-8d25-4bb9-b27c-e4db64670887_ActionId">
    <vt:lpwstr>19f2bc12-5afb-4829-a515-6d52c64356b1</vt:lpwstr>
  </property>
  <property fmtid="{D5CDD505-2E9C-101B-9397-08002B2CF9AE}" pid="8" name="MSIP_Label_55818d02-8d25-4bb9-b27c-e4db64670887_ContentBits">
    <vt:lpwstr>0</vt:lpwstr>
  </property>
</Properties>
</file>